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3A2D"/>
          <w:sz w:val="30"/>
        </w:rPr>
        <w:t>VZOROVÝ FORMULÁŘ PRO ODSTOUPENÍ OD KUPNÍ SMLOUVY</w:t>
      </w:r>
    </w:p>
    <w:p>
      <w:pPr>
        <w:jc w:val="center"/>
      </w:pPr>
      <w:r>
        <w:rPr>
          <w:i/>
          <w:color w:val="646E69"/>
          <w:sz w:val="19"/>
        </w:rPr>
        <w:t>Formulář vyplňte pouze v případě, že chcete odstoupit od kupní smlouvy.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c>
          <w:tcPr>
            <w:tcW w:type="dxa" w:w="9972"/>
            <w:vAlign w:val="center"/>
            <w:shd w:fill="F3F6F2"/>
            <w:tcBorders>
              <w:top w:val="single" w:sz="6" w:color="DDE5DF"/>
              <w:left w:val="single" w:sz="6" w:color="DDE5DF"/>
              <w:bottom w:val="single" w:sz="6" w:color="DDE5DF"/>
              <w:right w:val="single" w:sz="6" w:color="DDE5D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</w:rPr>
              <w:t>Adresát:</w:t>
              <w:br/>
            </w:r>
            <w:r>
              <w:t>Zooaqua s.r.o.</w:t>
              <w:br/>
              <w:t>Habrová 2656/6</w:t>
              <w:br/>
              <w:t>130 00 Praha 3</w:t>
              <w:br/>
              <w:t>Česká republika</w:t>
              <w:br/>
              <w:t>E-mail: info@zooaqua.cz</w:t>
            </w:r>
          </w:p>
        </w:tc>
      </w:tr>
    </w:tbl>
    <w:p>
      <w:pPr>
        <w:spacing w:before="240" w:after="160"/>
      </w:pPr>
      <w:r>
        <w:rPr>
          <w:b/>
        </w:rPr>
        <w:t>Tímto oznamuji, že odstupuji od kupní smlouvy uzavřené prostřednictvím internetového obchodu www.zooaqua.cz.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Číslo objednávky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Datum objednání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Datum převzetí zboží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Jméno a příjmení spotřebitele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Adresa spotřebitele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E-mail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  <w:tr>
        <w:tc>
          <w:tcPr>
            <w:tcW w:type="dxa" w:w="340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>
              <w:rPr>
                <w:b/>
              </w:rPr>
              <w:t>Telefon</w:t>
            </w:r>
          </w:p>
        </w:tc>
        <w:tc>
          <w:tcPr>
            <w:tcW w:type="dxa" w:w="5953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</w:pPr>
            <w:r/>
          </w:p>
        </w:tc>
      </w:tr>
    </w:tbl>
    <w:p>
      <w:pPr>
        <w:spacing w:before="240" w:after="100"/>
      </w:pPr>
      <w:r>
        <w:rPr>
          <w:b/>
        </w:rPr>
        <w:t>Zboží, kterého se odstoupení týká: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87"/>
        <w:gridCol w:w="2268"/>
      </w:tblGrid>
      <w:tr>
        <w:tc>
          <w:tcPr>
            <w:tcW w:type="dxa" w:w="4986"/>
            <w:shd w:fill="E8EEE9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  <w:jc w:val="center"/>
            </w:pPr>
            <w:r>
              <w:rPr>
                <w:b/>
              </w:rPr>
              <w:t>Název zboží</w:t>
            </w:r>
          </w:p>
        </w:tc>
        <w:tc>
          <w:tcPr>
            <w:tcW w:type="dxa" w:w="4986"/>
            <w:shd w:fill="E8EEE9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pPr>
              <w:spacing w:after="0"/>
              <w:jc w:val="center"/>
            </w:pPr>
            <w:r>
              <w:rPr>
                <w:b/>
              </w:rPr>
              <w:t>Množství</w:t>
            </w:r>
          </w:p>
        </w:tc>
      </w:tr>
      <w:tr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r/>
          </w:p>
        </w:tc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r/>
          </w:p>
        </w:tc>
      </w:tr>
      <w:tr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r/>
          </w:p>
        </w:tc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r/>
          </w:p>
        </w:tc>
      </w:tr>
      <w:tr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r/>
          </w:p>
        </w:tc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</w:tcBorders>
          </w:tcPr>
          <w:p>
            <w:r/>
          </w:p>
        </w:tc>
      </w:tr>
    </w:tbl>
    <w:p>
      <w:r>
        <w:br w:type="page"/>
      </w:r>
    </w:p>
    <w:p>
      <w:pPr>
        <w:spacing w:before="0" w:after="80"/>
      </w:pPr>
      <w:r>
        <w:rPr>
          <w:b/>
          <w:color w:val="1F3A2D"/>
        </w:rPr>
        <w:t>Vrácení peněz</w:t>
      </w:r>
    </w:p>
    <w:p>
      <w:pPr>
        <w:spacing w:after="120"/>
      </w:pPr>
      <w:r>
        <w:rPr>
          <w:b/>
        </w:rPr>
        <w:t xml:space="preserve">Peníze budou vráceny stejným způsobem, jakým byla objednávka zaplacena. </w:t>
      </w:r>
      <w:r>
        <w:t>Údaj o bankovním účtu vyplňte pouze tehdy, byla-li objednávka hrazena bankovním převodem nebo jste se s prodávajícím dohodli na vrácení peněz převodem.</w:t>
      </w:r>
    </w:p>
    <w:p>
      <w:pPr>
        <w:spacing w:after="160"/>
      </w:pPr>
      <w:r>
        <w:rPr>
          <w:b/>
        </w:rPr>
        <w:t xml:space="preserve">Číslo bankovního účtu: </w:t>
      </w:r>
      <w:r>
        <w:t>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Datum: ........................................................</w:t>
            </w:r>
          </w:p>
        </w:tc>
        <w:tc>
          <w:tcPr>
            <w:tcW w:type="dxa" w:w="4986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4" w:color="D8DEDA"/>
              <w:left w:val="single" w:sz="4" w:color="D8DEDA"/>
              <w:bottom w:val="single" w:sz="4" w:color="D8DEDA"/>
              <w:right w:val="single" w:sz="4" w:color="D8DEDA"/>
              <w:insideH w:val="single" w:sz="4" w:color="D8DEDA"/>
              <w:insideV w:val="single" w:sz="4" w:color="D8DEDA"/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Podpis: .......................................................</w:t>
            </w:r>
          </w:p>
        </w:tc>
      </w:tr>
    </w:tbl>
    <w:p>
      <w:pPr>
        <w:spacing w:after="100"/>
        <w:jc w:val="right"/>
      </w:pPr>
      <w:r>
        <w:rPr>
          <w:i/>
          <w:color w:val="6E7370"/>
          <w:sz w:val="17"/>
        </w:rPr>
        <w:t>(podpis pouze při zaslání formuláře v listinné podobě)</w:t>
      </w:r>
    </w:p>
    <w:p>
      <w:pPr>
        <w:spacing w:before="200" w:after="80"/>
      </w:pPr>
      <w:r>
        <w:rPr>
          <w:b/>
          <w:color w:val="1F3A2D"/>
        </w:rPr>
        <w:t>Pokyny k odeslání zboží</w:t>
      </w:r>
    </w:p>
    <w:p>
      <w:pPr>
        <w:spacing w:after="60"/>
        <w:ind w:left="283" w:hanging="170"/>
      </w:pPr>
      <w:r>
        <w:rPr>
          <w:b/>
        </w:rPr>
        <w:t xml:space="preserve">• </w:t>
      </w:r>
      <w:r>
        <w:t>Zboží odešlete nejpozději do 14 dnů od odstoupení na adresu Zooaqua s.r.o., Habrová 2656/6, 130 00 Praha 3.</w:t>
      </w:r>
    </w:p>
    <w:p>
      <w:pPr>
        <w:spacing w:after="60"/>
        <w:ind w:left="283" w:hanging="170"/>
      </w:pPr>
      <w:r>
        <w:rPr>
          <w:b/>
        </w:rPr>
        <w:t xml:space="preserve">• </w:t>
      </w:r>
      <w:r>
        <w:t>Zásilku neposílejte na dobírku. Zásilky na dobírku nebudou převzaty.</w:t>
      </w:r>
    </w:p>
    <w:p>
      <w:pPr>
        <w:spacing w:after="60"/>
        <w:ind w:left="283" w:hanging="170"/>
      </w:pPr>
      <w:r>
        <w:rPr>
          <w:b/>
        </w:rPr>
        <w:t xml:space="preserve">• </w:t>
      </w:r>
      <w:r>
        <w:t>Zboží bezpečně zabalte, aby při přepravě nedošlo k jeho poškození.</w:t>
      </w:r>
    </w:p>
    <w:p>
      <w:pPr>
        <w:spacing w:after="60"/>
        <w:ind w:left="283" w:hanging="170"/>
      </w:pPr>
      <w:r>
        <w:rPr>
          <w:b/>
        </w:rPr>
        <w:t xml:space="preserve">• </w:t>
      </w:r>
      <w:r>
        <w:t>Formulář nemusíte přikládat do zásilky, pokud jste odstoupení již odeslali online nebo e-mailem a zásilku lze spolehlivě přiřadit k objednávce.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7370"/>
        <w:sz w:val="16"/>
      </w:rPr>
      <w:t>Zooaqua s.r.o. | IČO 11814969 | www.zooaqua.cz | info@zooaqua.cz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