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 w:eastAsia="Arial"/>
          <w:b/>
          <w:i w:val="0"/>
          <w:color w:val="1F3A2D"/>
          <w:sz w:val="31"/>
        </w:rPr>
        <w:t>VZOROVÝ FORMULÁR NA ODSTÚPENIE OD KÚPNEJ ZMLUVY</w:t>
      </w:r>
    </w:p>
    <w:p>
      <w:pPr>
        <w:spacing w:after="140"/>
        <w:jc w:val="center"/>
      </w:pPr>
      <w:r>
        <w:rPr>
          <w:rFonts w:ascii="Arial" w:hAnsi="Arial" w:eastAsia="Arial"/>
          <w:b w:val="0"/>
          <w:i/>
          <w:color w:val="6D756F"/>
          <w:sz w:val="17"/>
        </w:rPr>
        <w:t>Formulár môžete použiť, ak chcete odstúpiť od kúpnej zmluvy uzatvorenej cez www.zooaqua.cz/sk/.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9"/>
        <w:gridCol w:w="5669"/>
      </w:tblGrid>
      <w:tr>
        <w:tc>
          <w:tcPr>
            <w:tcW w:type="dxa" w:w="5355"/>
            <w:shd w:fill="F1F5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</w:tcPr>
          <w:p>
            <w:pPr>
              <w:spacing w:line="240" w:lineRule="auto"/>
            </w:pPr>
            <w:r>
              <w:rPr>
                <w:rFonts w:ascii="Arial" w:hAnsi="Arial" w:eastAsia="Arial"/>
                <w:b/>
                <w:i w:val="0"/>
                <w:color w:val="1F3A2D"/>
                <w:sz w:val="18"/>
              </w:rPr>
              <w:t>Adresát</w:t>
              <w:br/>
            </w:r>
            <w:r>
              <w:rPr>
                <w:rFonts w:ascii="Arial" w:hAnsi="Arial" w:eastAsia="Arial"/>
                <w:b w:val="0"/>
                <w:i w:val="0"/>
                <w:color w:val="252A27"/>
                <w:sz w:val="18"/>
              </w:rPr>
              <w:t>Zooaqua s.r.o.</w:t>
              <w:br/>
              <w:t>Habrová 2656/6</w:t>
              <w:br/>
              <w:t>130 00 Praha 3</w:t>
              <w:br/>
              <w:t>Česká republika</w:t>
              <w:br/>
              <w:t>E-mail: info@zooaqua.cz</w:t>
            </w:r>
          </w:p>
        </w:tc>
        <w:tc>
          <w:tcPr>
            <w:tcW w:type="dxa" w:w="5355"/>
            <w:shd w:fill="F1F5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</w:tcPr>
          <w:p>
            <w:pPr>
              <w:spacing w:line="252" w:lineRule="auto"/>
            </w:pPr>
            <w:r>
              <w:rPr>
                <w:rFonts w:ascii="Arial" w:hAnsi="Arial" w:eastAsia="Arial"/>
                <w:b/>
                <w:i w:val="0"/>
                <w:color w:val="1F3A2D"/>
                <w:sz w:val="18"/>
              </w:rPr>
              <w:t>Oznámenie spotrebiteľa</w:t>
              <w:br/>
            </w:r>
            <w:r>
              <w:rPr>
                <w:rFonts w:ascii="Arial" w:hAnsi="Arial" w:eastAsia="Arial"/>
                <w:b w:val="0"/>
                <w:i w:val="0"/>
                <w:color w:val="252A27"/>
                <w:sz w:val="18"/>
              </w:rPr>
              <w:t>Týmto oznamujem, že odstupujem od kúpnej zmluvy uzatvorenej prostredníctvom internetového obchodu ZooAqua.</w:t>
            </w:r>
          </w:p>
        </w:tc>
      </w:tr>
    </w:tbl>
    <w:p>
      <w:pPr>
        <w:spacing w:before="120" w:after="60"/>
      </w:pPr>
      <w:r>
        <w:rPr>
          <w:rFonts w:ascii="Arial" w:hAnsi="Arial" w:eastAsia="Arial"/>
          <w:b/>
          <w:i w:val="0"/>
          <w:color w:val="1F3A2D"/>
          <w:sz w:val="21"/>
        </w:rPr>
        <w:t>Údaje o objednávke a spotrebiteľovi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746"/>
      </w:tblGrid>
      <w:tr>
        <w:trPr>
          <w:trHeight w:val="351" w:hRule="exact"/>
        </w:trPr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  <w:shd w:fill="F7F8F7"/>
          </w:tcPr>
          <w:p>
            <w:r>
              <w:rPr>
                <w:rFonts w:ascii="Arial" w:hAnsi="Arial" w:eastAsia="Arial"/>
                <w:b/>
                <w:i w:val="0"/>
                <w:color w:val="252A27"/>
                <w:sz w:val="17"/>
              </w:rPr>
              <w:t>Číslo objednávky</w:t>
            </w:r>
          </w:p>
        </w:tc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rPr>
                <w:rFonts w:ascii="Arial" w:hAnsi="Arial" w:eastAsia="Arial"/>
                <w:b w:val="0"/>
                <w:i w:val="0"/>
                <w:color w:val="6D756F"/>
                <w:sz w:val="17"/>
              </w:rPr>
              <w:t>................................................................................................</w:t>
            </w:r>
          </w:p>
        </w:tc>
      </w:tr>
      <w:tr>
        <w:trPr>
          <w:trHeight w:val="351" w:hRule="exact"/>
        </w:trPr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  <w:shd w:fill="F7F8F7"/>
          </w:tcPr>
          <w:p>
            <w:r>
              <w:rPr>
                <w:rFonts w:ascii="Arial" w:hAnsi="Arial" w:eastAsia="Arial"/>
                <w:b/>
                <w:i w:val="0"/>
                <w:color w:val="252A27"/>
                <w:sz w:val="17"/>
              </w:rPr>
              <w:t>Dátum objednania</w:t>
            </w:r>
          </w:p>
        </w:tc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rPr>
                <w:rFonts w:ascii="Arial" w:hAnsi="Arial" w:eastAsia="Arial"/>
                <w:b w:val="0"/>
                <w:i w:val="0"/>
                <w:color w:val="6D756F"/>
                <w:sz w:val="17"/>
              </w:rPr>
              <w:t>................................................................................................</w:t>
            </w:r>
          </w:p>
        </w:tc>
      </w:tr>
      <w:tr>
        <w:trPr>
          <w:trHeight w:val="351" w:hRule="exact"/>
        </w:trPr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  <w:shd w:fill="F7F8F7"/>
          </w:tcPr>
          <w:p>
            <w:r>
              <w:rPr>
                <w:rFonts w:ascii="Arial" w:hAnsi="Arial" w:eastAsia="Arial"/>
                <w:b/>
                <w:i w:val="0"/>
                <w:color w:val="252A27"/>
                <w:sz w:val="17"/>
              </w:rPr>
              <w:t>Dátum prevzatia tovaru</w:t>
            </w:r>
          </w:p>
        </w:tc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rPr>
                <w:rFonts w:ascii="Arial" w:hAnsi="Arial" w:eastAsia="Arial"/>
                <w:b w:val="0"/>
                <w:i w:val="0"/>
                <w:color w:val="6D756F"/>
                <w:sz w:val="17"/>
              </w:rPr>
              <w:t>................................................................................................</w:t>
            </w:r>
          </w:p>
        </w:tc>
      </w:tr>
      <w:tr>
        <w:trPr>
          <w:trHeight w:val="351" w:hRule="exact"/>
        </w:trPr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  <w:shd w:fill="F7F8F7"/>
          </w:tcPr>
          <w:p>
            <w:r>
              <w:rPr>
                <w:rFonts w:ascii="Arial" w:hAnsi="Arial" w:eastAsia="Arial"/>
                <w:b/>
                <w:i w:val="0"/>
                <w:color w:val="252A27"/>
                <w:sz w:val="17"/>
              </w:rPr>
              <w:t>Meno a priezvisko spotrebiteľa</w:t>
            </w:r>
          </w:p>
        </w:tc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rPr>
                <w:rFonts w:ascii="Arial" w:hAnsi="Arial" w:eastAsia="Arial"/>
                <w:b w:val="0"/>
                <w:i w:val="0"/>
                <w:color w:val="6D756F"/>
                <w:sz w:val="17"/>
              </w:rPr>
              <w:t>................................................................................................</w:t>
            </w:r>
          </w:p>
        </w:tc>
      </w:tr>
      <w:tr>
        <w:trPr>
          <w:trHeight w:val="351" w:hRule="exact"/>
        </w:trPr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  <w:shd w:fill="F7F8F7"/>
          </w:tcPr>
          <w:p>
            <w:r>
              <w:rPr>
                <w:rFonts w:ascii="Arial" w:hAnsi="Arial" w:eastAsia="Arial"/>
                <w:b/>
                <w:i w:val="0"/>
                <w:color w:val="252A27"/>
                <w:sz w:val="17"/>
              </w:rPr>
              <w:t>Adresa spotrebiteľa</w:t>
            </w:r>
          </w:p>
        </w:tc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rPr>
                <w:rFonts w:ascii="Arial" w:hAnsi="Arial" w:eastAsia="Arial"/>
                <w:b w:val="0"/>
                <w:i w:val="0"/>
                <w:color w:val="6D756F"/>
                <w:sz w:val="17"/>
              </w:rPr>
              <w:t>................................................................................................</w:t>
            </w:r>
          </w:p>
        </w:tc>
      </w:tr>
      <w:tr>
        <w:trPr>
          <w:trHeight w:val="351" w:hRule="exact"/>
        </w:trPr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  <w:shd w:fill="F7F8F7"/>
          </w:tcPr>
          <w:p>
            <w:r>
              <w:rPr>
                <w:rFonts w:ascii="Arial" w:hAnsi="Arial" w:eastAsia="Arial"/>
                <w:b/>
                <w:i w:val="0"/>
                <w:color w:val="252A27"/>
                <w:sz w:val="17"/>
              </w:rPr>
              <w:t>E-mail</w:t>
            </w:r>
          </w:p>
        </w:tc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rPr>
                <w:rFonts w:ascii="Arial" w:hAnsi="Arial" w:eastAsia="Arial"/>
                <w:b w:val="0"/>
                <w:i w:val="0"/>
                <w:color w:val="6D756F"/>
                <w:sz w:val="17"/>
              </w:rPr>
              <w:t>................................................................................................</w:t>
            </w:r>
          </w:p>
        </w:tc>
      </w:tr>
      <w:tr>
        <w:trPr>
          <w:trHeight w:val="351" w:hRule="exact"/>
        </w:trPr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  <w:shd w:fill="F7F8F7"/>
          </w:tcPr>
          <w:p>
            <w:r>
              <w:rPr>
                <w:rFonts w:ascii="Arial" w:hAnsi="Arial" w:eastAsia="Arial"/>
                <w:b/>
                <w:i w:val="0"/>
                <w:color w:val="252A27"/>
                <w:sz w:val="17"/>
              </w:rPr>
              <w:t>Telefón</w:t>
            </w:r>
          </w:p>
        </w:tc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rPr>
                <w:rFonts w:ascii="Arial" w:hAnsi="Arial" w:eastAsia="Arial"/>
                <w:b w:val="0"/>
                <w:i w:val="0"/>
                <w:color w:val="6D756F"/>
                <w:sz w:val="17"/>
              </w:rPr>
              <w:t>................................................................................................</w:t>
            </w:r>
          </w:p>
        </w:tc>
      </w:tr>
    </w:tbl>
    <w:p>
      <w:pPr>
        <w:spacing w:before="100" w:after="60"/>
      </w:pPr>
      <w:r>
        <w:rPr>
          <w:rFonts w:ascii="Arial" w:hAnsi="Arial" w:eastAsia="Arial"/>
          <w:b/>
          <w:i w:val="0"/>
          <w:color w:val="1F3A2D"/>
          <w:sz w:val="21"/>
        </w:rPr>
        <w:t>Tovar, ktorého sa odstúpenie týka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370"/>
        <w:gridCol w:w="2268"/>
      </w:tblGrid>
      <w:tr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shd w:fill="E8EEE9"/>
            <w:vAlign w:val="center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252A27"/>
                <w:sz w:val="17"/>
              </w:rPr>
              <w:t>Názov tovaru</w:t>
            </w:r>
          </w:p>
        </w:tc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shd w:fill="E8EEE9"/>
            <w:vAlign w:val="center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252A27"/>
                <w:sz w:val="17"/>
              </w:rPr>
              <w:t>Množstvo</w:t>
            </w:r>
          </w:p>
        </w:tc>
      </w:tr>
      <w:tr>
        <w:trPr>
          <w:trHeight w:val="408" w:hRule="exact"/>
        </w:trPr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0" w:type="dxa"/>
              <w:start w:w="70" w:type="dxa"/>
              <w:bottom w:w="30" w:type="dxa"/>
              <w:end w:w="70" w:type="dxa"/>
            </w:tcMar>
          </w:tcPr>
          <w:p/>
        </w:tc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0" w:type="dxa"/>
              <w:start w:w="70" w:type="dxa"/>
              <w:bottom w:w="30" w:type="dxa"/>
              <w:end w:w="70" w:type="dxa"/>
            </w:tcMar>
          </w:tcPr>
          <w:p/>
        </w:tc>
      </w:tr>
      <w:tr>
        <w:trPr>
          <w:trHeight w:val="408" w:hRule="exact"/>
        </w:trPr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0" w:type="dxa"/>
              <w:start w:w="70" w:type="dxa"/>
              <w:bottom w:w="30" w:type="dxa"/>
              <w:end w:w="70" w:type="dxa"/>
            </w:tcMar>
          </w:tcPr>
          <w:p/>
        </w:tc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0" w:type="dxa"/>
              <w:start w:w="70" w:type="dxa"/>
              <w:bottom w:w="30" w:type="dxa"/>
              <w:end w:w="70" w:type="dxa"/>
            </w:tcMar>
          </w:tcPr>
          <w:p/>
        </w:tc>
      </w:tr>
      <w:tr>
        <w:trPr>
          <w:trHeight w:val="408" w:hRule="exact"/>
        </w:trPr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0" w:type="dxa"/>
              <w:start w:w="70" w:type="dxa"/>
              <w:bottom w:w="30" w:type="dxa"/>
              <w:end w:w="70" w:type="dxa"/>
            </w:tcMar>
          </w:tcPr>
          <w:p/>
        </w:tc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0" w:type="dxa"/>
              <w:start w:w="70" w:type="dxa"/>
              <w:bottom w:w="30" w:type="dxa"/>
              <w:end w:w="70" w:type="dxa"/>
            </w:tcMar>
          </w:tcPr>
          <w:p/>
        </w:tc>
      </w:tr>
    </w:tbl>
    <w:p>
      <w:pPr>
        <w:spacing w:before="100" w:after="40"/>
      </w:pPr>
      <w:r>
        <w:rPr>
          <w:rFonts w:ascii="Arial" w:hAnsi="Arial" w:eastAsia="Arial"/>
          <w:b/>
          <w:i w:val="0"/>
          <w:color w:val="1F3A2D"/>
          <w:sz w:val="21"/>
        </w:rPr>
        <w:t>Vrátenie peňazí</w:t>
      </w:r>
    </w:p>
    <w:p>
      <w:pPr>
        <w:spacing w:after="60" w:line="240" w:lineRule="auto"/>
      </w:pPr>
      <w:r>
        <w:rPr>
          <w:rFonts w:ascii="Arial" w:hAnsi="Arial" w:eastAsia="Arial"/>
          <w:b/>
          <w:i w:val="0"/>
          <w:color w:val="252A27"/>
          <w:sz w:val="17"/>
        </w:rPr>
        <w:t xml:space="preserve">Peniaze budú vrátené rovnakým spôsobom, akým bola objednávka zaplatená. </w:t>
      </w:r>
      <w:r>
        <w:rPr>
          <w:rFonts w:ascii="Arial" w:hAnsi="Arial" w:eastAsia="Arial"/>
          <w:b w:val="0"/>
          <w:i w:val="0"/>
          <w:color w:val="252A27"/>
          <w:sz w:val="17"/>
        </w:rPr>
        <w:t>Číslo účtu vyplňte iba pri platbe bankovým prevodom alebo po dohode s predávajúcim.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rHeight w:val="351" w:hRule="exact"/>
        </w:trPr>
        <w:tc>
          <w:tcPr>
            <w:tcW w:type="dxa" w:w="10710"/>
            <w:gridSpan w:val="2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rPr>
                <w:rFonts w:ascii="Arial" w:hAnsi="Arial" w:eastAsia="Arial"/>
                <w:b/>
                <w:i w:val="0"/>
                <w:color w:val="252A27"/>
                <w:sz w:val="17"/>
              </w:rPr>
              <w:t xml:space="preserve">Číslo bankového účtu: </w:t>
            </w:r>
            <w:r>
              <w:rPr>
                <w:rFonts w:ascii="Arial" w:hAnsi="Arial" w:eastAsia="Arial"/>
                <w:b w:val="0"/>
                <w:i w:val="0"/>
                <w:color w:val="6D756F"/>
                <w:sz w:val="17"/>
              </w:rPr>
              <w:t>........................................................................................</w:t>
            </w:r>
          </w:p>
        </w:tc>
      </w:tr>
      <w:tr>
        <w:trPr>
          <w:trHeight w:val="351" w:hRule="exact"/>
        </w:trPr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rPr>
                <w:rFonts w:ascii="Arial" w:hAnsi="Arial" w:eastAsia="Arial"/>
                <w:b/>
                <w:i w:val="0"/>
                <w:color w:val="252A27"/>
                <w:sz w:val="17"/>
              </w:rPr>
              <w:t xml:space="preserve">Dátum: </w:t>
            </w:r>
            <w:r>
              <w:rPr>
                <w:rFonts w:ascii="Arial" w:hAnsi="Arial" w:eastAsia="Arial"/>
                <w:b w:val="0"/>
                <w:i w:val="0"/>
                <w:color w:val="6D756F"/>
                <w:sz w:val="17"/>
              </w:rPr>
              <w:t>........................................</w:t>
            </w:r>
          </w:p>
        </w:tc>
        <w:tc>
          <w:tcPr>
            <w:tcW w:type="dxa" w:w="5355"/>
            <w:tcBorders>
              <w:top w:val="single" w:sz="5" w:space="0" w:color="D5DED7"/>
              <w:left w:val="single" w:sz="5" w:space="0" w:color="D5DED7"/>
              <w:bottom w:val="single" w:sz="5" w:space="0" w:color="D5DED7"/>
              <w:right w:val="single" w:sz="5" w:space="0" w:color="D5DED7"/>
              <w:insideH w:val="single" w:sz="5" w:space="0" w:color="D5DED7"/>
              <w:insideV w:val="single" w:sz="5" w:space="0" w:color="D5DED7"/>
            </w:tcBorders>
            <w:vAlign w:val="center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rPr>
                <w:rFonts w:ascii="Arial" w:hAnsi="Arial" w:eastAsia="Arial"/>
                <w:b/>
                <w:i w:val="0"/>
                <w:color w:val="252A27"/>
                <w:sz w:val="17"/>
              </w:rPr>
              <w:t xml:space="preserve">Podpis: </w:t>
            </w:r>
            <w:r>
              <w:rPr>
                <w:rFonts w:ascii="Arial" w:hAnsi="Arial" w:eastAsia="Arial"/>
                <w:b w:val="0"/>
                <w:i w:val="0"/>
                <w:color w:val="6D756F"/>
                <w:sz w:val="17"/>
              </w:rPr>
              <w:t>........................................</w:t>
            </w:r>
          </w:p>
        </w:tc>
      </w:tr>
    </w:tbl>
    <w:p>
      <w:pPr>
        <w:spacing w:before="100" w:after="40"/>
      </w:pPr>
      <w:r>
        <w:rPr>
          <w:rFonts w:ascii="Arial" w:hAnsi="Arial" w:eastAsia="Arial"/>
          <w:b/>
          <w:i w:val="0"/>
          <w:color w:val="1F3A2D"/>
          <w:sz w:val="21"/>
        </w:rPr>
        <w:t>Pokyny na odoslanie tovaru</w:t>
      </w:r>
    </w:p>
    <w:p>
      <w:pPr>
        <w:spacing w:after="20" w:line="240" w:lineRule="auto"/>
        <w:ind w:left="85" w:hanging="85"/>
      </w:pPr>
      <w:r>
        <w:rPr>
          <w:rFonts w:ascii="Arial" w:hAnsi="Arial" w:eastAsia="Arial"/>
          <w:b/>
          <w:i w:val="0"/>
          <w:color w:val="1F3A2D"/>
          <w:sz w:val="17"/>
        </w:rPr>
        <w:t xml:space="preserve">• </w:t>
      </w:r>
      <w:r>
        <w:rPr>
          <w:rFonts w:ascii="Arial" w:hAnsi="Arial" w:eastAsia="Arial"/>
          <w:b w:val="0"/>
          <w:i w:val="0"/>
          <w:color w:val="252A27"/>
          <w:sz w:val="17"/>
        </w:rPr>
        <w:t>Tovar odošlite najneskôr do 14 dní od odstúpenia na adresu Zooaqua s.r.o., Habrová 2656/6, 130 00 Praha 3.</w:t>
      </w:r>
    </w:p>
    <w:p>
      <w:pPr>
        <w:spacing w:after="20" w:line="240" w:lineRule="auto"/>
        <w:ind w:left="85" w:hanging="85"/>
      </w:pPr>
      <w:r>
        <w:rPr>
          <w:rFonts w:ascii="Arial" w:hAnsi="Arial" w:eastAsia="Arial"/>
          <w:b/>
          <w:i w:val="0"/>
          <w:color w:val="1F3A2D"/>
          <w:sz w:val="17"/>
        </w:rPr>
        <w:t xml:space="preserve">• </w:t>
      </w:r>
      <w:r>
        <w:rPr>
          <w:rFonts w:ascii="Arial" w:hAnsi="Arial" w:eastAsia="Arial"/>
          <w:b w:val="0"/>
          <w:i w:val="0"/>
          <w:color w:val="252A27"/>
          <w:sz w:val="17"/>
        </w:rPr>
        <w:t>Zásielku neposielajte na dobierku. Zásielky na dobierku nebudú prevzaté.</w:t>
      </w:r>
    </w:p>
    <w:p>
      <w:pPr>
        <w:spacing w:after="20" w:line="240" w:lineRule="auto"/>
        <w:ind w:left="85" w:hanging="85"/>
      </w:pPr>
      <w:r>
        <w:rPr>
          <w:rFonts w:ascii="Arial" w:hAnsi="Arial" w:eastAsia="Arial"/>
          <w:b/>
          <w:i w:val="0"/>
          <w:color w:val="1F3A2D"/>
          <w:sz w:val="17"/>
        </w:rPr>
        <w:t xml:space="preserve">• </w:t>
      </w:r>
      <w:r>
        <w:rPr>
          <w:rFonts w:ascii="Arial" w:hAnsi="Arial" w:eastAsia="Arial"/>
          <w:b w:val="0"/>
          <w:i w:val="0"/>
          <w:color w:val="252A27"/>
          <w:sz w:val="17"/>
        </w:rPr>
        <w:t>Tovar bezpečne zabaľte, aby sa pri preprave nepoškodil.</w:t>
      </w:r>
    </w:p>
    <w:p>
      <w:pPr>
        <w:spacing w:after="20" w:line="240" w:lineRule="auto"/>
        <w:ind w:left="85" w:hanging="85"/>
      </w:pPr>
      <w:r>
        <w:rPr>
          <w:rFonts w:ascii="Arial" w:hAnsi="Arial" w:eastAsia="Arial"/>
          <w:b/>
          <w:i w:val="0"/>
          <w:color w:val="1F3A2D"/>
          <w:sz w:val="17"/>
        </w:rPr>
        <w:t xml:space="preserve">• </w:t>
      </w:r>
      <w:r>
        <w:rPr>
          <w:rFonts w:ascii="Arial" w:hAnsi="Arial" w:eastAsia="Arial"/>
          <w:b w:val="0"/>
          <w:i w:val="0"/>
          <w:color w:val="252A27"/>
          <w:sz w:val="17"/>
        </w:rPr>
        <w:t>Formulár nemusíte prikladať, ak ste odstúpenie už odoslali online alebo e-mailom a zásielku možno priradiť k objednávke.</w:t>
      </w:r>
    </w:p>
    <w:sectPr w:rsidR="00FC693F" w:rsidRPr="0006063C" w:rsidSect="00034616">
      <w:footerReference w:type="default" r:id="rId9"/>
      <w:pgSz w:w="12240" w:h="15840"/>
      <w:pgMar w:top="652" w:right="765" w:bottom="624" w:left="765" w:header="227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6D756F"/>
        <w:sz w:val="14"/>
      </w:rPr>
      <w:t>Zooaqua s.r.o.  |  IČO 11814969  |  www.zooaqua.cz/sk/  |  info@zooaqua.cz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sz w:val="18"/>
      <w:lang w:val="sk-SK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sk-SK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lang w:val="sk-SK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sk-SK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sk-SK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sk-SK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sk-SK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sk-SK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sk-SK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sk-SK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sk-SK"/>
    </w:rPr>
  </w:style>
  <w:style w:type="character" w:default="1" w:styleId="DefaultParagraphFont">
    <w:name w:val="Default Paragraph Font"/>
    <w:uiPriority w:val="1"/>
    <w:semiHidden/>
    <w:unhideWhenUsed/>
    <w:rPr>
      <w:lang w:val="sk-SK"/>
    </w:rPr>
  </w:style>
  <w:style w:type="table" w:default="1" w:styleId="TableNormal">
    <w:name w:val="Normal Table"/>
    <w:uiPriority w:val="99"/>
    <w:semiHidden/>
    <w:unhideWhenUsed/>
    <w:rPr>
      <w:lang w:val="sk-SK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Pr>
      <w:lang w:val="sk-SK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lang w:val="sk-SK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sk-SK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sk-SK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sk-SK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sk-SK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sk-SK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lang w:val="sk-SK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lang w:val="sk-SK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lang w:val="sk-SK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lang w:val="sk-SK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lang w:val="sk-SK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sk-SK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sk-SK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lang w:val="sk-SK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lang w:val="sk-SK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lang w:val="sk-SK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lang w:val="sk-SK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lang w:val="sk-SK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lang w:val="sk-SK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lang w:val="sk-SK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lang w:val="sk-SK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lang w:val="sk-SK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lang w:val="sk-SK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lang w:val="sk-SK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lang w:val="sk-SK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sk-SK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sk-SK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sk-SK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sk-SK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sk-S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sk-SK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sk-S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sk-S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sk-S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sk-SK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sk-SK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sk-SK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sk-SK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sk-SK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sk-SK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sk-SK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sk-SK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sk-SK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sk-SK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sk-SK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lang w:val="sk-SK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sk-SK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sk-SK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sk-SK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sk-SK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sk-SK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sk-SK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sk-SK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lang w:val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sk-SK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sk-SK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sk-SK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sk-SK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sk-SK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sk-SK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sk-SK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sk-SK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